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ניקוד במקלדת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הקלדת הניקוד באמצעות Alt ימני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המתאימה לכל סימן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הקלדת מילים מנוקדות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Alt ימני + 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Alt ימני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Alt ימני +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עברית (תקנית)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Alt ימני +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קודם האות ואז הניקוד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Alt הימני (או Ctrl+Alt) עובד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בטבלת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הקיצור המופיע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Q היא נקודת שין שמאלית, W היא הימנית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בטבלה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סימן הניקוד לקיצור המקלדת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(Alt ימני + 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(Alt ימני + 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(Alt ימני + 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(Alt ימני + W)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(Alt ימני + ])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(Alt ימני + -)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ההקלדה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לוודא שפריסת המקלדת היא עברית (תקנית)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להקליד את האות הרגילה, למשל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ללחוץ על Alt הימני יחד עם האות המתאימה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שהניקוד הופיע מתחת או מעל האות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מקלידים קודם את האות, ואז לוחצים Alt ימני יחד עם האות שמתאימה לשם הניקוד, למשל ק לקמץ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ש=Alt ימני+ש (שווא) או Alt ימני+W לשין, ל, Alt ימני+ו לחולם, 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Alt ימני (או Ctrl+Alt) + אות הניקוד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Alt ימני + 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קודם האות, ואחר כך הניקוד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על מחשבים עם פריסת עברית תקנית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שה-Alt חייב להיות הימני דווקא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להתמקד בחמשת הניקודים הנפוצים ביותר: קמץ, פתח, סגול, חיריק, שווא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ניקוד במקלדת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במחשב אפשר להוסיף ניקוד לטקסט בלי לחפש סמלים מיוחדים – מקלידים את Alt הימני יחד עם האות הראשונה של שם הניקוד. חשוב להקליד קודם את האות הרגילה, ואחר כך את סימן הניקוד.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מקלידים קמץ?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ימני +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 +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Alt ימני +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ימני + 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מקש מניק 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שמאלי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Shift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מקלידים חיריק?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ימני +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 +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Alt ימני +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ימני +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פריסת מקלדת צריך כדי שהניקוד יעבוד?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 (תקנית)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מקלידים דגש?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ימני +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 + 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Alt ימני +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ימני +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הסדר הנכון בהקלדה?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קודם הניקוד ואז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קודם האות ואז הניקוד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יחד בלחיצה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סדר קבוע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לנקד עם Alt השמאלי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חולם מקלידים עם Alt ימני + 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קובוץ מקלידים עם Alt ימני + \.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שין (ימנית) מקלידים עם Alt ימני + Q.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מקף מקלידים עם Alt ימני + מקש המינוס.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הקיצור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פתח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סגול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צירי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שווא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חטף קמץ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חטף סגול מקלידים עם Alt ימני +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סימן הניקוד לקיצור המקלדת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Alt ימני + 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Alt ימני + -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Alt ימני + 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נקודת שין ימנית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Alt ימני + 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חטף 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Alt ימני + W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Alt ימני + ]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ההקלדה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שהניקוד הופיע מתחת או מעל האות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שפריסת המקלדת היא עברית (תקנית)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להקליד את האות הרגילה, למשל 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Alt הימני יחד עם האות המתאימה לניקוד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מנקדים אות במחשב, בשתי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נסו לכתוב את הקיצור המלא (Alt ימני + אות) עבור המילה שָׁלוֹם בעזרת סימני הניקוד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מקשים לוחצים יחד כדי לנקד?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מקלידים כדי לכתוב פתח?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לקרות קודם – האות או הניקוד?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ניקוד במקלדת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