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ניקוד במקלדת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עקרון הקלדת הניקוד באמצעות Alt ימני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האות המתאימה לכל סימן 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הקלדת מילים מנוקדות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התשובה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Alt ימני + 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Alt ימני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Alt ימני + 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עברית (תקנית)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Alt ימני + 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קודם האות ואז הניקוד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רק Alt הימני (או Ctrl+Alt) עובד לניקוד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בטבלת הקיצורים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הקיצור המופיע ברשימה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Q היא נקודת שין שמאלית, W היא הימנית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מופיע בטבלה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הקיצור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סימן הניקוד לקיצור המקלדת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(Alt ימני + 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(Alt ימני + 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(Alt ימני + 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(Alt ימני + W)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(Alt ימני + ])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(Alt ימני + -)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ההקלדה הנכונים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לוודא שפריסת המקלדת היא עברית (תקנית)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להקליד את האות הרגילה, למשל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ללחוץ על Alt הימני יחד עם האות המתאימה לניקוד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לבדוק שהניקוד הופיע מתחת או מעל האות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מקלידים קודם את האות, ואז לוחצים Alt ימני יחד עם האות שמתאימה לשם הניקוד, למשל ק לקמץ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ש=Alt ימני+ש (שווא) או Alt ימני+W לשין, ל, Alt ימני+ו לחולם, 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Alt ימני (או Ctrl+Alt) + אות הניקוד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Alt ימני + פ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קודם האות, ואחר כך הניקוד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בפועל על מחשבים עם פריסת עברית תקנית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שה-Alt חייב להיות הימני דווקא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שמתקשה אפשר להתמקד בחמשת הניקודים הנפוצים ביותר: קמץ, פתח, סגול, חיריק, שווא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קיצורי מקלדת – קיצור קטן, חיסכון גדול ⌨️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ניקוד במקלדת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אפשר להוסיף ניקוד למילה במחשב. לוחצים על Alt מימין ועל אות מסוימת, וכך מופיע הניקוד. קודם כותבים את האות, ואחר כך את הניקוד.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ניקוד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סימנים קטנים שמראים איך לקרוא את המילה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Alt ימני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המקש Alt שנמצא בצד ימין של המקלדת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קמץ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שנראה כמו T קטנה מתחת לאות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פתח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קטן מתחת לאות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חטף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קצר במיוחד, לרוב באות 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דגש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בתוך האות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שין/שין שמאלית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מעל האות ש בצד ימין או שמאל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קצר שמחבר בין שתי מילים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בחרו את התשובה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מקלידים כדי לכתוב קמץ?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 ימני + 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 ימני +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Alt ימני + 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Alt ימני + 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Alt עובד לניקוד?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 שמאלי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 ימני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Shift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Ctrl 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מקלידים לחיריק?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 ימני + 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 ימני + 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Alt ימני + 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Alt ימני +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שפה צריך להגדיר במחשב?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עברית (תקנית)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ערבית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רוסית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מקלידים לדגש?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Alt ימני +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Alt ימני + צ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Alt ימני +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Alt ימני + 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מקלידים קודם, אות או ניקוד?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קודם הניקוד ואז האות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קודם האות ואז הניקוד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יחד בלחיצה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סדר קבוע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לנקד עם Alt השמאלי לבד.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חולם מקלידים עם Alt ימני + ו.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קובוץ מקלידים עם Alt ימני + \.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נקודת שין (ימנית) מקלידים עם Alt ימני + Q.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מקף מקלידים עם Alt ימני + מקש המינוס.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הקיצור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פתח מקלידים עם Alt ימני +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סגול מקלידים עם Alt ימני +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צירי מקלידים עם Alt ימני +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שווא מקלידים עם Alt ימני +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חטף קמץ מקלידים עם Alt ימני +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חטף סגול מקלידים עם Alt ימני +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סימן הניקוד לקיצור המקלדת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קמץ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Alt ימני + ]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חיריק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Alt ימני + W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Alt ימני + -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נקודת שין ימנית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Alt ימני + 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חטף פתח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Alt ימני + 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Alt ימני + 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ההקלדה הנכונים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לבדוק שהניקוד הופיע מתחת או מעל האות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לוודא שפריסת המקלדת היא עברית (תקנית)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להקליד את האות הרגילה, למשל 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ללחוץ על Alt הימני יחד עם האות המתאימה לניקוד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איך מנקדים אות במחשב, בשתי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נסו לכתוב את הקיצור המלא (Alt ימני + אות) עבור המילה שָׁלוֹם בעזרת סימני הניקוד שלמדתם.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שני מקשים לוחצים יחד כדי לנקד?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מקלידים כדי לכתוב פתח?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חייב לקרות קודם – האות או הניקוד?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ניקוד במקלדת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