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ניקוד במקלדת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הקלדת הניקוד באמצעות Alt ימני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 המתאימה לכל סימן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הקלדת מילים מנוקדות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Alt ימני + 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Alt ימני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עברית (תקנית)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Alt הימני (או Ctrl+Alt) עובד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בטבלת הקיצורים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הקיצור המופיע ברשימה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סימן הניקוד לקיצור המקלדת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(Alt ימני + 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(Alt ימני + 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(Alt ימני + 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(Alt ימני + W)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ההקלדה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לוודא שפריסת המקלדת היא עברית (תקנית)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להקליד את האות הרגילה, למשל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ללחוץ על Alt הימני יחד עם האות המתאימה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שהניקוד הופיע מתחת או מעל האות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Alt ימני (או Ctrl+Alt) + אות הניקוד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Alt ימני + 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קודם האות, ואחר כך הניקוד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על מחשבים עם פריסת עברית תקנית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שה-Alt חייב להיות הימני דווקא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שמתקשה אפשר להתמקד בחמשת הניקודים הנפוצים ביותר: קמץ, פתח, סגול, חיריק, שווא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ניקוד במקלדת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במחשב אפשר להוסיף ניקוד לטקסט בלי לחפש סמלים מיוחדים – מקלידים את Alt הימני יחד עם האות הראשונה של שם הניקוד. חשוב להקליד קודם את האות הרגילה, ואחר כך את סימן הניקוד.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  ·  צ  ·  ס  ·  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מקלידים קמץ?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Alt ימני + 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Alt ימני +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Alt ימני +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מקש מניק 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Alt שמאלי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Alt ימני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Shift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פריסת מקלדת צריך כדי שהניקוד יעבוד?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עברית (תקנית)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ערבית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לנקד עם Alt השמאלי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חולם מקלידים עם Alt ימני + 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קובוץ מקלידים עם Alt ימני + \.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הקיצור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פתח מקלידים עם Alt ימני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סגול מקלידים עם Alt ימני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צירי מקלידים עם Alt ימני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שווא מקלידים עם Alt ימני +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סימן הניקוד לקיצור המקלדת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Alt ימני + 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Alt ימני + W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Alt ימני + 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נקודת שין ימנית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Alt ימני + 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ההקלדה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שהניקוד הופיע מתחת או מעל האות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ללחוץ על Alt הימני יחד עם האות המתאימה לניקוד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לוודא שפריסת המקלדת היא עברית (תקנית)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להקליד את האות הרגילה, למשל 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שני מקשים לוחצים יחד כדי לנקד?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מקלידים כדי לכתוב פתח?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ניקוד במקלדת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